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31A4F" w14:textId="5A88B0AF" w:rsidR="00A32BB0" w:rsidRPr="001E3BC8" w:rsidRDefault="00CE1508" w:rsidP="007A6187">
      <w:pPr>
        <w:pStyle w:val="Heading1"/>
        <w:jc w:val="both"/>
        <w:rPr>
          <w:rFonts w:ascii="Verdana" w:hAnsi="Verdana"/>
          <w:color w:val="000000" w:themeColor="text1"/>
        </w:rPr>
      </w:pPr>
      <w:r w:rsidRPr="007A6187">
        <w:rPr>
          <w:rFonts w:ascii="Verdana" w:hAnsi="Verdana"/>
        </w:rPr>
        <w:t xml:space="preserve"> </w:t>
      </w:r>
      <w:r w:rsidRPr="001E3BC8">
        <w:rPr>
          <w:rFonts w:ascii="Verdana" w:hAnsi="Verdana"/>
          <w:color w:val="000000" w:themeColor="text1"/>
        </w:rPr>
        <w:t>Covering Sheet for Speed Post – Signature Campaign Documents</w:t>
      </w:r>
    </w:p>
    <w:p w14:paraId="78D50C95" w14:textId="77777777" w:rsidR="00A32BB0" w:rsidRPr="001E3BC8" w:rsidRDefault="00CE1508" w:rsidP="007A6187">
      <w:pPr>
        <w:pStyle w:val="IntenseQuote"/>
        <w:jc w:val="center"/>
        <w:rPr>
          <w:rFonts w:ascii="Verdana" w:hAnsi="Verdana"/>
          <w:color w:val="000000" w:themeColor="text1"/>
        </w:rPr>
      </w:pPr>
      <w:r w:rsidRPr="001E3BC8">
        <w:rPr>
          <w:rFonts w:ascii="Verdana" w:hAnsi="Verdana"/>
          <w:color w:val="000000" w:themeColor="text1"/>
        </w:rPr>
        <w:t>(To be placed as the first page inside the envelope)</w:t>
      </w:r>
    </w:p>
    <w:p w14:paraId="20509FB3" w14:textId="77777777" w:rsidR="00A32BB0" w:rsidRPr="004F0632" w:rsidRDefault="00CE1508" w:rsidP="007A6187">
      <w:pPr>
        <w:pStyle w:val="Heading2"/>
        <w:jc w:val="both"/>
        <w:rPr>
          <w:rFonts w:ascii="Verdana" w:hAnsi="Verdana"/>
          <w:color w:val="000000" w:themeColor="text1"/>
        </w:rPr>
      </w:pPr>
      <w:r w:rsidRPr="004F0632">
        <w:rPr>
          <w:rFonts w:ascii="Verdana" w:hAnsi="Verdana"/>
          <w:color w:val="000000" w:themeColor="text1"/>
        </w:rPr>
        <w:t>From:</w:t>
      </w:r>
    </w:p>
    <w:p w14:paraId="04B9458E" w14:textId="77777777" w:rsidR="007A6187" w:rsidRDefault="00CE1508" w:rsidP="007A6187">
      <w:pPr>
        <w:spacing w:after="0"/>
        <w:jc w:val="both"/>
        <w:rPr>
          <w:rFonts w:ascii="Verdana" w:hAnsi="Verdana"/>
        </w:rPr>
      </w:pPr>
      <w:r w:rsidRPr="007A6187">
        <w:rPr>
          <w:rFonts w:ascii="Verdana" w:hAnsi="Verdana"/>
        </w:rPr>
        <w:t>District Secretary</w:t>
      </w:r>
    </w:p>
    <w:p w14:paraId="1D5EC087" w14:textId="77777777" w:rsidR="007A6187" w:rsidRDefault="00CE1508" w:rsidP="007A6187">
      <w:pPr>
        <w:spacing w:after="0"/>
        <w:jc w:val="both"/>
        <w:rPr>
          <w:rFonts w:ascii="Verdana" w:hAnsi="Verdana"/>
        </w:rPr>
      </w:pPr>
      <w:r w:rsidRPr="007A6187">
        <w:rPr>
          <w:rFonts w:ascii="Verdana" w:hAnsi="Verdana"/>
        </w:rPr>
        <w:t>[</w:t>
      </w:r>
      <w:r w:rsidR="007A6187" w:rsidRPr="007A6187">
        <w:rPr>
          <w:rFonts w:ascii="Verdana" w:hAnsi="Verdana"/>
        </w:rPr>
        <w:t>Name of Forum – Bharatiya Doorsanchar Manch</w:t>
      </w:r>
      <w:r w:rsidRPr="007A6187">
        <w:rPr>
          <w:rFonts w:ascii="Verdana" w:hAnsi="Verdana"/>
        </w:rPr>
        <w:t>]</w:t>
      </w:r>
    </w:p>
    <w:p w14:paraId="635F389E" w14:textId="77777777" w:rsidR="007A6187" w:rsidRDefault="00CE1508" w:rsidP="007A6187">
      <w:pPr>
        <w:spacing w:after="0"/>
        <w:jc w:val="both"/>
        <w:rPr>
          <w:rFonts w:ascii="Verdana" w:hAnsi="Verdana"/>
        </w:rPr>
      </w:pPr>
      <w:r w:rsidRPr="007A6187">
        <w:rPr>
          <w:rFonts w:ascii="Verdana" w:hAnsi="Verdana"/>
        </w:rPr>
        <w:t>[</w:t>
      </w:r>
      <w:r w:rsidR="007A6187" w:rsidRPr="007A6187">
        <w:rPr>
          <w:rFonts w:ascii="Verdana" w:hAnsi="Verdana"/>
        </w:rPr>
        <w:t>BA</w:t>
      </w:r>
      <w:r w:rsidRPr="007A6187">
        <w:rPr>
          <w:rFonts w:ascii="Verdana" w:hAnsi="Verdana"/>
        </w:rPr>
        <w:t xml:space="preserve"> Name], BSNL</w:t>
      </w:r>
    </w:p>
    <w:p w14:paraId="0F903D4C" w14:textId="77777777" w:rsidR="007A6187" w:rsidRDefault="00CE1508" w:rsidP="007A6187">
      <w:pPr>
        <w:spacing w:after="0"/>
        <w:jc w:val="both"/>
        <w:rPr>
          <w:rFonts w:ascii="Verdana" w:hAnsi="Verdana"/>
        </w:rPr>
      </w:pPr>
      <w:r w:rsidRPr="007A6187">
        <w:rPr>
          <w:rFonts w:ascii="Verdana" w:hAnsi="Verdana"/>
        </w:rPr>
        <w:t>[Full Address with PIN Code]</w:t>
      </w:r>
    </w:p>
    <w:p w14:paraId="4AFA80E6" w14:textId="4CBAF2A4" w:rsidR="007A6187" w:rsidRDefault="00CE1508" w:rsidP="007A6187">
      <w:pPr>
        <w:spacing w:after="0"/>
        <w:jc w:val="both"/>
        <w:rPr>
          <w:rFonts w:ascii="Verdana" w:hAnsi="Verdana"/>
        </w:rPr>
      </w:pPr>
      <w:r w:rsidRPr="007A6187">
        <w:rPr>
          <w:rFonts w:ascii="Verdana" w:hAnsi="Verdana"/>
        </w:rPr>
        <w:t xml:space="preserve">Mobile: </w:t>
      </w:r>
    </w:p>
    <w:p w14:paraId="0F6ED6AF" w14:textId="35B9ECDC" w:rsidR="007A6187" w:rsidRDefault="00CE1508" w:rsidP="007A6187">
      <w:pPr>
        <w:spacing w:after="0"/>
        <w:jc w:val="both"/>
        <w:rPr>
          <w:rFonts w:ascii="Verdana" w:hAnsi="Verdana"/>
        </w:rPr>
      </w:pPr>
      <w:r w:rsidRPr="007A6187">
        <w:rPr>
          <w:rFonts w:ascii="Verdana" w:hAnsi="Verdana"/>
        </w:rPr>
        <w:t xml:space="preserve">Email: </w:t>
      </w:r>
    </w:p>
    <w:p w14:paraId="5EBBCCC1" w14:textId="0F822915" w:rsidR="00A32BB0" w:rsidRPr="004F0632" w:rsidRDefault="00CE1508" w:rsidP="007A6187">
      <w:pPr>
        <w:pStyle w:val="Heading2"/>
        <w:jc w:val="both"/>
        <w:rPr>
          <w:rFonts w:ascii="Verdana" w:hAnsi="Verdana"/>
          <w:color w:val="000000" w:themeColor="text1"/>
        </w:rPr>
      </w:pPr>
      <w:r w:rsidRPr="004F0632">
        <w:rPr>
          <w:rFonts w:ascii="Verdana" w:hAnsi="Verdana"/>
          <w:color w:val="000000" w:themeColor="text1"/>
        </w:rPr>
        <w:t>To:</w:t>
      </w:r>
    </w:p>
    <w:p w14:paraId="55E3CCA2" w14:textId="330653E5" w:rsidR="007A6187" w:rsidRDefault="00A17A08" w:rsidP="007A6187">
      <w:pPr>
        <w:spacing w:after="0"/>
        <w:jc w:val="both"/>
        <w:rPr>
          <w:rFonts w:ascii="Verdana" w:hAnsi="Verdana"/>
        </w:rPr>
      </w:pPr>
      <w:r>
        <w:rPr>
          <w:rFonts w:ascii="Verdana" w:hAnsi="Verdana"/>
        </w:rPr>
        <w:t>Shri Amit Agr</w:t>
      </w:r>
      <w:r w:rsidR="003A5F42">
        <w:rPr>
          <w:rFonts w:ascii="Verdana" w:hAnsi="Verdana"/>
        </w:rPr>
        <w:t>a</w:t>
      </w:r>
      <w:r>
        <w:rPr>
          <w:rFonts w:ascii="Verdana" w:hAnsi="Verdana"/>
        </w:rPr>
        <w:t>wal</w:t>
      </w:r>
    </w:p>
    <w:p w14:paraId="22B6BB8C" w14:textId="77777777" w:rsidR="007A6187" w:rsidRDefault="00CE1508" w:rsidP="007A6187">
      <w:pPr>
        <w:spacing w:after="0"/>
        <w:jc w:val="both"/>
        <w:rPr>
          <w:rFonts w:ascii="Verdana" w:hAnsi="Verdana"/>
        </w:rPr>
      </w:pPr>
      <w:r w:rsidRPr="007A6187">
        <w:rPr>
          <w:rFonts w:ascii="Verdana" w:hAnsi="Verdana"/>
        </w:rPr>
        <w:t>Secretary (Telecom)</w:t>
      </w:r>
    </w:p>
    <w:p w14:paraId="2C182BCC" w14:textId="77777777" w:rsidR="007A6187" w:rsidRDefault="00CE1508" w:rsidP="007A6187">
      <w:pPr>
        <w:spacing w:after="0"/>
        <w:jc w:val="both"/>
        <w:rPr>
          <w:rFonts w:ascii="Verdana" w:hAnsi="Verdana"/>
        </w:rPr>
      </w:pPr>
      <w:r w:rsidRPr="007A6187">
        <w:rPr>
          <w:rFonts w:ascii="Verdana" w:hAnsi="Verdana"/>
        </w:rPr>
        <w:t>Department of Telecommunications</w:t>
      </w:r>
    </w:p>
    <w:p w14:paraId="171DD990" w14:textId="77777777" w:rsidR="007A6187" w:rsidRDefault="00CE1508" w:rsidP="007A6187">
      <w:pPr>
        <w:spacing w:after="0"/>
        <w:jc w:val="both"/>
        <w:rPr>
          <w:rFonts w:ascii="Verdana" w:hAnsi="Verdana"/>
        </w:rPr>
      </w:pPr>
      <w:r w:rsidRPr="007A6187">
        <w:rPr>
          <w:rFonts w:ascii="Verdana" w:hAnsi="Verdana"/>
        </w:rPr>
        <w:t>Sanchar Bhawan, 20 Ashoka Road</w:t>
      </w:r>
    </w:p>
    <w:p w14:paraId="71F1BEB2" w14:textId="3AFB6CC6" w:rsidR="007A6187" w:rsidRDefault="00CE1508" w:rsidP="007A6187">
      <w:pPr>
        <w:spacing w:after="0"/>
        <w:jc w:val="both"/>
        <w:rPr>
          <w:rFonts w:ascii="Verdana" w:hAnsi="Verdana"/>
        </w:rPr>
      </w:pPr>
      <w:r w:rsidRPr="007A6187">
        <w:rPr>
          <w:rFonts w:ascii="Verdana" w:hAnsi="Verdana"/>
        </w:rPr>
        <w:t>New Delhi – 110001</w:t>
      </w:r>
    </w:p>
    <w:p w14:paraId="6A180360" w14:textId="21812193" w:rsidR="00A32BB0" w:rsidRPr="004F0632" w:rsidRDefault="00CE1508" w:rsidP="007A6187">
      <w:pPr>
        <w:pStyle w:val="Heading2"/>
        <w:jc w:val="both"/>
        <w:rPr>
          <w:rFonts w:ascii="Verdana" w:hAnsi="Verdana"/>
          <w:color w:val="000000" w:themeColor="text1"/>
        </w:rPr>
      </w:pPr>
      <w:r w:rsidRPr="004F0632">
        <w:rPr>
          <w:rFonts w:ascii="Verdana" w:hAnsi="Verdana"/>
          <w:color w:val="000000" w:themeColor="text1"/>
        </w:rPr>
        <w:t>Subject:</w:t>
      </w:r>
    </w:p>
    <w:p w14:paraId="364671D6" w14:textId="577B5F5D" w:rsidR="00A32BB0" w:rsidRPr="007A6187" w:rsidRDefault="00CE1508" w:rsidP="007A6187">
      <w:pPr>
        <w:jc w:val="both"/>
        <w:rPr>
          <w:rFonts w:ascii="Verdana" w:hAnsi="Verdana"/>
        </w:rPr>
      </w:pPr>
      <w:r w:rsidRPr="007A6187">
        <w:rPr>
          <w:rFonts w:ascii="Verdana" w:hAnsi="Verdana"/>
        </w:rPr>
        <w:t xml:space="preserve">Submission of Signature Campaign Documents under the </w:t>
      </w:r>
      <w:r w:rsidR="003A5F42">
        <w:rPr>
          <w:rFonts w:ascii="Verdana" w:hAnsi="Verdana"/>
        </w:rPr>
        <w:t>Organizational</w:t>
      </w:r>
      <w:r w:rsidR="00A17A08">
        <w:rPr>
          <w:rFonts w:ascii="Verdana" w:hAnsi="Verdana"/>
        </w:rPr>
        <w:t xml:space="preserve"> Action </w:t>
      </w:r>
      <w:r w:rsidRPr="007A6187">
        <w:rPr>
          <w:rFonts w:ascii="Verdana" w:hAnsi="Verdana"/>
        </w:rPr>
        <w:t>Program</w:t>
      </w:r>
      <w:r w:rsidR="00A17A08">
        <w:rPr>
          <w:rFonts w:ascii="Verdana" w:hAnsi="Verdana"/>
        </w:rPr>
        <w:t>s</w:t>
      </w:r>
      <w:r w:rsidRPr="007A6187">
        <w:rPr>
          <w:rFonts w:ascii="Verdana" w:hAnsi="Verdana"/>
        </w:rPr>
        <w:t xml:space="preserve"> of Bharatiya Doorsanchar Manch (BDM) – Seeking </w:t>
      </w:r>
      <w:r w:rsidR="00A17A08">
        <w:rPr>
          <w:rFonts w:ascii="Verdana" w:hAnsi="Verdana"/>
        </w:rPr>
        <w:t xml:space="preserve">kind Intervention for </w:t>
      </w:r>
      <w:r w:rsidRPr="007A6187">
        <w:rPr>
          <w:rFonts w:ascii="Verdana" w:hAnsi="Verdana"/>
        </w:rPr>
        <w:t xml:space="preserve">Resolution of </w:t>
      </w:r>
      <w:r w:rsidR="00A17A08">
        <w:rPr>
          <w:rFonts w:ascii="Verdana" w:hAnsi="Verdana"/>
        </w:rPr>
        <w:t xml:space="preserve">the </w:t>
      </w:r>
      <w:r w:rsidRPr="007A6187">
        <w:rPr>
          <w:rFonts w:ascii="Verdana" w:hAnsi="Verdana"/>
        </w:rPr>
        <w:t>Long Pending HR Issues and Revival of BSNL</w:t>
      </w:r>
    </w:p>
    <w:p w14:paraId="4789F12A" w14:textId="77777777" w:rsidR="00A32BB0" w:rsidRPr="007A6187" w:rsidRDefault="00CE1508" w:rsidP="007A6187">
      <w:pPr>
        <w:jc w:val="both"/>
        <w:rPr>
          <w:rFonts w:ascii="Verdana" w:hAnsi="Verdana"/>
        </w:rPr>
      </w:pPr>
      <w:r w:rsidRPr="007A6187">
        <w:rPr>
          <w:rFonts w:ascii="Verdana" w:hAnsi="Verdana"/>
        </w:rPr>
        <w:br/>
        <w:t>Date of Dispatch: _______________</w:t>
      </w:r>
    </w:p>
    <w:p w14:paraId="11F5AA9B" w14:textId="77777777" w:rsidR="00A32BB0" w:rsidRPr="007A6187" w:rsidRDefault="00CE1508" w:rsidP="007A6187">
      <w:pPr>
        <w:jc w:val="both"/>
        <w:rPr>
          <w:rFonts w:ascii="Verdana" w:hAnsi="Verdana"/>
        </w:rPr>
      </w:pPr>
      <w:r w:rsidRPr="007A6187">
        <w:rPr>
          <w:rFonts w:ascii="Verdana" w:hAnsi="Verdana"/>
        </w:rPr>
        <w:t>No. of Pages Enclosed: ___________</w:t>
      </w:r>
    </w:p>
    <w:p w14:paraId="189EC7B0" w14:textId="77777777" w:rsidR="00A32BB0" w:rsidRPr="007A6187" w:rsidRDefault="00CE1508" w:rsidP="007A6187">
      <w:pPr>
        <w:jc w:val="both"/>
        <w:rPr>
          <w:rFonts w:ascii="Verdana" w:hAnsi="Verdana"/>
        </w:rPr>
      </w:pPr>
      <w:r w:rsidRPr="007A6187">
        <w:rPr>
          <w:rFonts w:ascii="Verdana" w:hAnsi="Verdana"/>
        </w:rPr>
        <w:t>Sent Via: India Post – Speed Post</w:t>
      </w:r>
    </w:p>
    <w:p w14:paraId="1E5F7A70" w14:textId="77777777" w:rsidR="00A32BB0" w:rsidRPr="007A6187" w:rsidRDefault="00CE1508" w:rsidP="007A6187">
      <w:pPr>
        <w:jc w:val="both"/>
        <w:rPr>
          <w:rFonts w:ascii="Verdana" w:hAnsi="Verdana"/>
        </w:rPr>
      </w:pPr>
      <w:r w:rsidRPr="007A6187">
        <w:rPr>
          <w:rFonts w:ascii="Verdana" w:hAnsi="Verdana"/>
        </w:rPr>
        <w:t>Tracking No.: ____________________</w:t>
      </w:r>
    </w:p>
    <w:p w14:paraId="4FE8E9D0" w14:textId="6FDFA0B5" w:rsidR="00A32BB0" w:rsidRPr="007A6187" w:rsidRDefault="00CE1508" w:rsidP="007A6187">
      <w:pPr>
        <w:jc w:val="both"/>
        <w:rPr>
          <w:rFonts w:ascii="Verdana" w:hAnsi="Verdana"/>
        </w:rPr>
      </w:pPr>
      <w:r w:rsidRPr="007A6187">
        <w:rPr>
          <w:rFonts w:ascii="Verdana" w:hAnsi="Verdana"/>
        </w:rPr>
        <w:br/>
        <w:t xml:space="preserve">Note: Kindly accept the enclosed collective representation of BSNL employees and retired personnel regarding critical issues impacting BSNL’s future and employee welfare, in line with the BDM’s agitation notice dated </w:t>
      </w:r>
      <w:r w:rsidR="00A17A08">
        <w:rPr>
          <w:rFonts w:ascii="Verdana" w:hAnsi="Verdana"/>
        </w:rPr>
        <w:t>25</w:t>
      </w:r>
      <w:r w:rsidRPr="007A6187">
        <w:rPr>
          <w:rFonts w:ascii="Verdana" w:hAnsi="Verdana"/>
        </w:rPr>
        <w:t>.05.202</w:t>
      </w:r>
      <w:r w:rsidR="00A17A08">
        <w:rPr>
          <w:rFonts w:ascii="Verdana" w:hAnsi="Verdana"/>
        </w:rPr>
        <w:t>6</w:t>
      </w:r>
      <w:r w:rsidRPr="007A6187">
        <w:rPr>
          <w:rFonts w:ascii="Verdana" w:hAnsi="Verdana"/>
        </w:rPr>
        <w:t>.</w:t>
      </w:r>
    </w:p>
    <w:p w14:paraId="355EA336" w14:textId="77777777" w:rsidR="00A32BB0" w:rsidRPr="007A6187" w:rsidRDefault="00CE1508" w:rsidP="006A2935">
      <w:pPr>
        <w:pStyle w:val="IntenseQuote"/>
        <w:jc w:val="center"/>
        <w:rPr>
          <w:rFonts w:ascii="Verdana" w:hAnsi="Verdana"/>
        </w:rPr>
      </w:pPr>
      <w:r w:rsidRPr="007A6187">
        <w:rPr>
          <w:rFonts w:ascii="Verdana" w:hAnsi="Verdana"/>
        </w:rPr>
        <w:br/>
      </w:r>
      <w:r w:rsidRPr="004F0632">
        <w:rPr>
          <w:rFonts w:ascii="Verdana" w:hAnsi="Verdana"/>
          <w:color w:val="000000" w:themeColor="text1"/>
        </w:rPr>
        <w:t>Jai Hind – Jai Bharat – Long Live BSNL</w:t>
      </w:r>
    </w:p>
    <w:sectPr w:rsidR="00A32BB0" w:rsidRPr="007A6187" w:rsidSect="007A6187">
      <w:pgSz w:w="12240" w:h="15840"/>
      <w:pgMar w:top="1440" w:right="900" w:bottom="14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8526684">
    <w:abstractNumId w:val="8"/>
  </w:num>
  <w:num w:numId="2" w16cid:durableId="488179530">
    <w:abstractNumId w:val="6"/>
  </w:num>
  <w:num w:numId="3" w16cid:durableId="267130134">
    <w:abstractNumId w:val="5"/>
  </w:num>
  <w:num w:numId="4" w16cid:durableId="1428308384">
    <w:abstractNumId w:val="4"/>
  </w:num>
  <w:num w:numId="5" w16cid:durableId="2007978868">
    <w:abstractNumId w:val="7"/>
  </w:num>
  <w:num w:numId="6" w16cid:durableId="1122576047">
    <w:abstractNumId w:val="3"/>
  </w:num>
  <w:num w:numId="7" w16cid:durableId="7874163">
    <w:abstractNumId w:val="2"/>
  </w:num>
  <w:num w:numId="8" w16cid:durableId="654916973">
    <w:abstractNumId w:val="1"/>
  </w:num>
  <w:num w:numId="9" w16cid:durableId="1436055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3BC8"/>
    <w:rsid w:val="0029639D"/>
    <w:rsid w:val="00325055"/>
    <w:rsid w:val="00326F90"/>
    <w:rsid w:val="003A5F42"/>
    <w:rsid w:val="00433890"/>
    <w:rsid w:val="004F0632"/>
    <w:rsid w:val="006A2935"/>
    <w:rsid w:val="00750C00"/>
    <w:rsid w:val="007A6187"/>
    <w:rsid w:val="00A17A08"/>
    <w:rsid w:val="00A32BB0"/>
    <w:rsid w:val="00AA1D8D"/>
    <w:rsid w:val="00B47730"/>
    <w:rsid w:val="00CB0664"/>
    <w:rsid w:val="00CE1508"/>
    <w:rsid w:val="00D46E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6DF425"/>
  <w14:defaultImageDpi w14:val="300"/>
  <w15:docId w15:val="{F321ADF0-04FA-4C1F-9CEC-DC4EBC6FD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92FB7F-89FD-4F17-A2AA-F9C0B258B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Pavan Akhand</cp:lastModifiedBy>
  <cp:revision>4</cp:revision>
  <dcterms:created xsi:type="dcterms:W3CDTF">2026-06-16T05:16:00Z</dcterms:created>
  <dcterms:modified xsi:type="dcterms:W3CDTF">2026-06-16T07:55:00Z</dcterms:modified>
  <cp:category/>
</cp:coreProperties>
</file>